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jpeg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B58C4D" w14:textId="77777777" w:rsidR="00F36F38" w:rsidRDefault="00F36F38">
      <w:pPr>
        <w:autoSpaceDE w:val="0"/>
        <w:autoSpaceDN w:val="0"/>
        <w:spacing w:after="570" w:line="220" w:lineRule="exact"/>
      </w:pPr>
    </w:p>
    <w:p w14:paraId="5CD45CA8" w14:textId="77777777" w:rsidR="00F36F38" w:rsidRDefault="004375C3">
      <w:pPr>
        <w:autoSpaceDE w:val="0"/>
        <w:autoSpaceDN w:val="0"/>
        <w:spacing w:after="0" w:line="197" w:lineRule="auto"/>
        <w:jc w:val="center"/>
      </w:pPr>
      <w:r>
        <w:rPr>
          <w:rFonts w:ascii="Calibri" w:eastAsia="Calibri" w:hAnsi="Calibri"/>
          <w:b/>
          <w:color w:val="000000"/>
          <w:sz w:val="24"/>
        </w:rPr>
        <w:t xml:space="preserve">Муниципальное бюджетное дошкольное образовательное учреждение </w:t>
      </w:r>
    </w:p>
    <w:p w14:paraId="59F38E71" w14:textId="0685DBE6" w:rsidR="00F36F38" w:rsidRPr="00B24815" w:rsidRDefault="004375C3">
      <w:pPr>
        <w:autoSpaceDE w:val="0"/>
        <w:autoSpaceDN w:val="0"/>
        <w:spacing w:before="126" w:after="0" w:line="197" w:lineRule="auto"/>
        <w:jc w:val="center"/>
        <w:rPr>
          <w:lang w:val="ru-RU"/>
        </w:rPr>
      </w:pPr>
      <w:r>
        <w:rPr>
          <w:rFonts w:ascii="Calibri" w:eastAsia="Calibri" w:hAnsi="Calibri"/>
          <w:b/>
          <w:color w:val="000000"/>
          <w:sz w:val="24"/>
        </w:rPr>
        <w:t>детский сад №</w:t>
      </w:r>
      <w:r w:rsidR="00B24815">
        <w:rPr>
          <w:rFonts w:ascii="Calibri" w:eastAsia="Calibri" w:hAnsi="Calibri"/>
          <w:b/>
          <w:color w:val="000000"/>
          <w:sz w:val="24"/>
          <w:lang w:val="ru-RU"/>
        </w:rPr>
        <w:t>244</w:t>
      </w:r>
    </w:p>
    <w:p w14:paraId="466198BA" w14:textId="77777777" w:rsidR="00F36F38" w:rsidRDefault="004375C3">
      <w:pPr>
        <w:autoSpaceDE w:val="0"/>
        <w:autoSpaceDN w:val="0"/>
        <w:spacing w:before="1176" w:after="0" w:line="197" w:lineRule="auto"/>
        <w:jc w:val="center"/>
      </w:pPr>
      <w:r>
        <w:rPr>
          <w:rFonts w:ascii="Calibri" w:eastAsia="Calibri" w:hAnsi="Calibri"/>
          <w:b/>
          <w:i/>
          <w:color w:val="000000"/>
        </w:rPr>
        <w:t>Рекомендации для родителей</w:t>
      </w:r>
    </w:p>
    <w:p w14:paraId="292CFCA6" w14:textId="77777777" w:rsidR="00F36F38" w:rsidRDefault="004375C3">
      <w:pPr>
        <w:autoSpaceDE w:val="0"/>
        <w:autoSpaceDN w:val="0"/>
        <w:spacing w:before="176" w:after="0" w:line="197" w:lineRule="auto"/>
        <w:jc w:val="center"/>
      </w:pPr>
      <w:r>
        <w:rPr>
          <w:rFonts w:ascii="Calibri" w:eastAsia="Calibri" w:hAnsi="Calibri"/>
          <w:b/>
          <w:color w:val="000000"/>
          <w:sz w:val="48"/>
        </w:rPr>
        <w:t xml:space="preserve">Сюжетно-ролевая игра дома. </w:t>
      </w:r>
    </w:p>
    <w:p w14:paraId="3DE5476B" w14:textId="77777777" w:rsidR="00F36F38" w:rsidRDefault="004375C3">
      <w:pPr>
        <w:autoSpaceDE w:val="0"/>
        <w:autoSpaceDN w:val="0"/>
        <w:spacing w:before="152" w:after="0" w:line="197" w:lineRule="auto"/>
        <w:jc w:val="center"/>
        <w:rPr>
          <w:rFonts w:ascii="Calibri" w:eastAsia="Calibri" w:hAnsi="Calibri"/>
          <w:b/>
          <w:color w:val="000000"/>
          <w:sz w:val="48"/>
          <w:lang w:val="ru-RU"/>
        </w:rPr>
      </w:pPr>
      <w:r>
        <w:rPr>
          <w:rFonts w:ascii="Calibri" w:eastAsia="Calibri" w:hAnsi="Calibri"/>
          <w:b/>
          <w:color w:val="000000"/>
          <w:sz w:val="48"/>
        </w:rPr>
        <w:t>Правила организации.</w:t>
      </w:r>
    </w:p>
    <w:p w14:paraId="0D87675E" w14:textId="77777777" w:rsidR="00B24815" w:rsidRDefault="00B24815">
      <w:pPr>
        <w:autoSpaceDE w:val="0"/>
        <w:autoSpaceDN w:val="0"/>
        <w:spacing w:before="152" w:after="0" w:line="197" w:lineRule="auto"/>
        <w:jc w:val="center"/>
        <w:rPr>
          <w:rFonts w:ascii="Calibri" w:eastAsia="Calibri" w:hAnsi="Calibri"/>
          <w:b/>
          <w:color w:val="000000"/>
          <w:sz w:val="48"/>
          <w:lang w:val="ru-RU"/>
        </w:rPr>
      </w:pPr>
    </w:p>
    <w:p w14:paraId="5FDC6F98" w14:textId="77777777" w:rsidR="00B24815" w:rsidRDefault="00B24815">
      <w:pPr>
        <w:autoSpaceDE w:val="0"/>
        <w:autoSpaceDN w:val="0"/>
        <w:spacing w:before="152" w:after="0" w:line="197" w:lineRule="auto"/>
        <w:jc w:val="center"/>
        <w:rPr>
          <w:rFonts w:ascii="Calibri" w:eastAsia="Calibri" w:hAnsi="Calibri"/>
          <w:b/>
          <w:color w:val="000000"/>
          <w:sz w:val="48"/>
          <w:lang w:val="ru-RU"/>
        </w:rPr>
      </w:pPr>
    </w:p>
    <w:p w14:paraId="154E4538" w14:textId="77777777" w:rsidR="00B24815" w:rsidRDefault="00B24815">
      <w:pPr>
        <w:autoSpaceDE w:val="0"/>
        <w:autoSpaceDN w:val="0"/>
        <w:spacing w:before="152" w:after="0" w:line="197" w:lineRule="auto"/>
        <w:jc w:val="center"/>
        <w:rPr>
          <w:rFonts w:ascii="Calibri" w:eastAsia="Calibri" w:hAnsi="Calibri"/>
          <w:b/>
          <w:color w:val="000000"/>
          <w:sz w:val="48"/>
          <w:lang w:val="ru-RU"/>
        </w:rPr>
      </w:pPr>
    </w:p>
    <w:p w14:paraId="45A3E776" w14:textId="77777777" w:rsidR="00B24815" w:rsidRDefault="00B24815">
      <w:pPr>
        <w:autoSpaceDE w:val="0"/>
        <w:autoSpaceDN w:val="0"/>
        <w:spacing w:before="152" w:after="0" w:line="197" w:lineRule="auto"/>
        <w:jc w:val="center"/>
        <w:rPr>
          <w:rFonts w:ascii="Calibri" w:eastAsia="Calibri" w:hAnsi="Calibri"/>
          <w:b/>
          <w:color w:val="000000"/>
          <w:sz w:val="48"/>
          <w:lang w:val="ru-RU"/>
        </w:rPr>
      </w:pPr>
    </w:p>
    <w:p w14:paraId="105A40D6" w14:textId="77777777" w:rsidR="00B24815" w:rsidRPr="00B24815" w:rsidRDefault="00B24815">
      <w:pPr>
        <w:autoSpaceDE w:val="0"/>
        <w:autoSpaceDN w:val="0"/>
        <w:spacing w:before="152" w:after="0" w:line="197" w:lineRule="auto"/>
        <w:jc w:val="center"/>
        <w:rPr>
          <w:lang w:val="ru-RU"/>
        </w:rPr>
      </w:pPr>
    </w:p>
    <w:p w14:paraId="1FF1A8EB" w14:textId="2C0F0059" w:rsidR="00F36F38" w:rsidRDefault="00B24815">
      <w:pPr>
        <w:autoSpaceDE w:val="0"/>
        <w:autoSpaceDN w:val="0"/>
        <w:spacing w:before="308" w:after="0" w:line="240" w:lineRule="auto"/>
        <w:ind w:right="3462"/>
        <w:jc w:val="right"/>
      </w:pPr>
      <w:r>
        <w:rPr>
          <w:lang w:val="ru-RU"/>
        </w:rPr>
        <w:t xml:space="preserve">       </w:t>
      </w:r>
      <w:r w:rsidR="004375C3">
        <w:rPr>
          <w:noProof/>
        </w:rPr>
        <w:drawing>
          <wp:inline distT="0" distB="0" distL="0" distR="0" wp14:anchorId="2A89BAF2" wp14:editId="609539C4">
            <wp:extent cx="3676650" cy="296224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81758" cy="2966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E9F912" w14:textId="64462E5B" w:rsidR="00F36F38" w:rsidRPr="00B24815" w:rsidRDefault="00F36F38">
      <w:pPr>
        <w:autoSpaceDE w:val="0"/>
        <w:autoSpaceDN w:val="0"/>
        <w:spacing w:before="748" w:after="0" w:line="324" w:lineRule="exact"/>
        <w:ind w:left="5630" w:right="2160"/>
        <w:rPr>
          <w:lang w:val="ru-RU"/>
        </w:rPr>
      </w:pPr>
    </w:p>
    <w:p w14:paraId="2789C32E" w14:textId="58AC89FC" w:rsidR="00F36F38" w:rsidRPr="00B24815" w:rsidRDefault="00F36F38" w:rsidP="00B24815">
      <w:pPr>
        <w:autoSpaceDE w:val="0"/>
        <w:autoSpaceDN w:val="0"/>
        <w:spacing w:before="4058" w:after="0" w:line="266" w:lineRule="exact"/>
        <w:rPr>
          <w:lang w:val="ru-RU"/>
        </w:rPr>
        <w:sectPr w:rsidR="00F36F38" w:rsidRPr="00B24815">
          <w:pgSz w:w="11906" w:h="16838"/>
          <w:pgMar w:top="790" w:right="954" w:bottom="586" w:left="1036" w:header="720" w:footer="720" w:gutter="0"/>
          <w:cols w:space="720"/>
          <w:docGrid w:linePitch="360"/>
        </w:sectPr>
      </w:pPr>
    </w:p>
    <w:p w14:paraId="6B1182AA" w14:textId="77777777" w:rsidR="00F36F38" w:rsidRDefault="00F36F38">
      <w:pPr>
        <w:autoSpaceDE w:val="0"/>
        <w:autoSpaceDN w:val="0"/>
        <w:spacing w:after="346" w:line="220" w:lineRule="exact"/>
      </w:pPr>
    </w:p>
    <w:p w14:paraId="19CEB47D" w14:textId="77777777" w:rsidR="00F36F38" w:rsidRDefault="004375C3">
      <w:pPr>
        <w:autoSpaceDE w:val="0"/>
        <w:autoSpaceDN w:val="0"/>
        <w:spacing w:after="0" w:line="310" w:lineRule="exact"/>
        <w:ind w:left="28" w:right="20"/>
        <w:jc w:val="both"/>
      </w:pPr>
      <w:r>
        <w:rPr>
          <w:rFonts w:ascii="TimesNewRomanPSMT" w:eastAsia="TimesNewRomanPSMT" w:hAnsi="TimesNewRomanPSMT"/>
          <w:color w:val="111111"/>
          <w:sz w:val="27"/>
        </w:rPr>
        <w:t>Игра всегда имела, имеет и будет иметь огромное значение в жизни ребенка.  И если вы думаете, что игра всего лишь развлечение и пустое времяпровождение – вы глубоко ошибаетесь. В процессе игры ребенок обучается анализу, развивает свое воображение, мышление и еще много чего полезного происходит в развитии ребенка.</w:t>
      </w:r>
    </w:p>
    <w:p w14:paraId="29EED523" w14:textId="77777777" w:rsidR="00F36F38" w:rsidRDefault="004375C3">
      <w:pPr>
        <w:autoSpaceDE w:val="0"/>
        <w:autoSpaceDN w:val="0"/>
        <w:spacing w:before="214" w:after="0" w:line="230" w:lineRule="auto"/>
        <w:ind w:left="28"/>
      </w:pPr>
      <w:r>
        <w:rPr>
          <w:rFonts w:ascii="Times New Roman" w:eastAsia="Times New Roman" w:hAnsi="Times New Roman"/>
          <w:b/>
          <w:i/>
          <w:color w:val="111111"/>
          <w:sz w:val="27"/>
        </w:rPr>
        <w:t>Что такое сюжетно-ролевые игры?</w:t>
      </w:r>
    </w:p>
    <w:p w14:paraId="4A735C42" w14:textId="77777777" w:rsidR="00F36F38" w:rsidRDefault="004375C3">
      <w:pPr>
        <w:autoSpaceDE w:val="0"/>
        <w:autoSpaceDN w:val="0"/>
        <w:spacing w:before="196" w:after="0" w:line="310" w:lineRule="exact"/>
        <w:ind w:left="28" w:right="22"/>
        <w:jc w:val="both"/>
      </w:pPr>
      <w:r>
        <w:rPr>
          <w:rFonts w:ascii="Times New Roman" w:eastAsia="Times New Roman" w:hAnsi="Times New Roman"/>
          <w:b/>
          <w:i/>
          <w:color w:val="111111"/>
          <w:sz w:val="27"/>
        </w:rPr>
        <w:t>Сюжетно-ролевые игры</w:t>
      </w:r>
      <w:r>
        <w:rPr>
          <w:rFonts w:ascii="TimesNewRomanPSMT" w:eastAsia="TimesNewRomanPSMT" w:hAnsi="TimesNewRomanPSMT"/>
          <w:color w:val="111111"/>
          <w:sz w:val="27"/>
        </w:rPr>
        <w:t xml:space="preserve"> – это игры, в которых дети «одевают» на себя роль, передавая ее характер, и действуют по определенному заданному сюжету или же сами создают его. То есть это в некотором роде театральное представление. Дети вживаются в свою роль и ведут себя так, как видят своего персонажа со стороны.</w:t>
      </w:r>
    </w:p>
    <w:p w14:paraId="46A720D3" w14:textId="77777777" w:rsidR="00F36F38" w:rsidRDefault="004375C3">
      <w:pPr>
        <w:autoSpaceDE w:val="0"/>
        <w:autoSpaceDN w:val="0"/>
        <w:spacing w:before="200" w:after="0" w:line="310" w:lineRule="exact"/>
        <w:ind w:left="28" w:right="20"/>
        <w:jc w:val="both"/>
      </w:pPr>
      <w:r>
        <w:rPr>
          <w:rFonts w:ascii="Times New Roman" w:eastAsia="Times New Roman" w:hAnsi="Times New Roman"/>
          <w:b/>
          <w:color w:val="111111"/>
          <w:sz w:val="27"/>
        </w:rPr>
        <w:t>С</w:t>
      </w:r>
      <w:r>
        <w:rPr>
          <w:rFonts w:ascii="Times New Roman" w:eastAsia="Times New Roman" w:hAnsi="Times New Roman"/>
          <w:b/>
          <w:i/>
          <w:color w:val="111111"/>
          <w:sz w:val="27"/>
        </w:rPr>
        <w:t>южетно-ролевые игры</w:t>
      </w:r>
      <w:r>
        <w:rPr>
          <w:rFonts w:ascii="TimesNewRomanPSMT" w:eastAsia="TimesNewRomanPSMT" w:hAnsi="TimesNewRomanPSMT"/>
          <w:color w:val="111111"/>
          <w:sz w:val="27"/>
        </w:rPr>
        <w:t xml:space="preserve"> занимают свое место в жизни ребенка тогда, когда он научится использовать предметы не только лишь по их непосредственному назначению, но и в соответствии с сюжетом игры.</w:t>
      </w:r>
    </w:p>
    <w:p w14:paraId="14A3181F" w14:textId="77777777" w:rsidR="00F36F38" w:rsidRDefault="004375C3">
      <w:pPr>
        <w:autoSpaceDE w:val="0"/>
        <w:autoSpaceDN w:val="0"/>
        <w:spacing w:before="210" w:after="0" w:line="245" w:lineRule="auto"/>
        <w:ind w:left="28" w:right="20"/>
        <w:jc w:val="both"/>
      </w:pPr>
      <w:r>
        <w:rPr>
          <w:rFonts w:ascii="Times New Roman" w:eastAsia="Times New Roman" w:hAnsi="Times New Roman"/>
          <w:i/>
          <w:color w:val="FF0000"/>
          <w:sz w:val="27"/>
        </w:rPr>
        <w:t>Изначально сюжетно-ролевая игра проявляется в обычном подражании взрослого ребенком. Малыш самостоятельно пылесосит, варит суп, укладывает игрушки спать, что-то ремонтирует. Через некоторое время ребенок начинает обыгрывать знакомые ему жизненные ситуации: «посещение больницы», «поход в магазин» и т.д.</w:t>
      </w:r>
    </w:p>
    <w:p w14:paraId="4FE10C17" w14:textId="77777777" w:rsidR="00F36F38" w:rsidRDefault="004375C3">
      <w:pPr>
        <w:autoSpaceDE w:val="0"/>
        <w:autoSpaceDN w:val="0"/>
        <w:spacing w:before="202" w:after="0" w:line="310" w:lineRule="exact"/>
        <w:ind w:left="28" w:right="26"/>
        <w:jc w:val="both"/>
      </w:pPr>
      <w:r>
        <w:rPr>
          <w:rFonts w:ascii="TimesNewRomanPSMT" w:eastAsia="TimesNewRomanPSMT" w:hAnsi="TimesNewRomanPSMT"/>
          <w:color w:val="111111"/>
          <w:sz w:val="27"/>
        </w:rPr>
        <w:t xml:space="preserve">Ребенок создает игру на основе эпизодов из жизни и собственной фантазии, поэтому в ней переплетаются реальность и вымысел. Ролевая игра, особенно если она разыгрывается несколькими детьми, полезна для социализации. В ней ребенок готовит себя к самым разным ситуациям, которые вскоре появятся в период школьной жизни. </w:t>
      </w:r>
    </w:p>
    <w:p w14:paraId="0799BC5B" w14:textId="77777777" w:rsidR="00F36F38" w:rsidRDefault="004375C3">
      <w:pPr>
        <w:autoSpaceDE w:val="0"/>
        <w:autoSpaceDN w:val="0"/>
        <w:spacing w:before="218" w:after="0" w:line="245" w:lineRule="auto"/>
        <w:ind w:left="28" w:right="144"/>
      </w:pPr>
      <w:r>
        <w:rPr>
          <w:rFonts w:ascii="Times New Roman" w:eastAsia="Times New Roman" w:hAnsi="Times New Roman"/>
          <w:b/>
          <w:color w:val="FF0000"/>
          <w:sz w:val="27"/>
        </w:rPr>
        <w:t xml:space="preserve">В дошкольном возрасте у ребенка только одна возможность побыть взрослым – в ролевой игре. </w:t>
      </w:r>
    </w:p>
    <w:p w14:paraId="2FDB950C" w14:textId="77777777" w:rsidR="00F36F38" w:rsidRDefault="004375C3">
      <w:pPr>
        <w:autoSpaceDE w:val="0"/>
        <w:autoSpaceDN w:val="0"/>
        <w:spacing w:before="210" w:after="0" w:line="230" w:lineRule="auto"/>
        <w:ind w:left="28"/>
      </w:pPr>
      <w:r>
        <w:rPr>
          <w:rFonts w:ascii="Times New Roman" w:eastAsia="Times New Roman" w:hAnsi="Times New Roman"/>
          <w:b/>
          <w:color w:val="2F5496"/>
          <w:sz w:val="27"/>
        </w:rPr>
        <w:t>СОВЕТЫ РОДИТЕЛЯМ:</w:t>
      </w:r>
    </w:p>
    <w:p w14:paraId="15F1CAB9" w14:textId="77777777" w:rsidR="00F36F38" w:rsidRDefault="004375C3">
      <w:pPr>
        <w:autoSpaceDE w:val="0"/>
        <w:autoSpaceDN w:val="0"/>
        <w:spacing w:before="194" w:after="0" w:line="310" w:lineRule="exact"/>
        <w:ind w:left="748" w:right="22" w:hanging="360"/>
        <w:jc w:val="both"/>
      </w:pPr>
      <w:r>
        <w:rPr>
          <w:rFonts w:ascii="Symbol" w:eastAsia="Symbol" w:hAnsi="Symbol"/>
          <w:color w:val="303133"/>
          <w:sz w:val="24"/>
        </w:rPr>
        <w:t></w:t>
      </w:r>
      <w:r>
        <w:rPr>
          <w:rFonts w:ascii="Times New Roman" w:eastAsia="Times New Roman" w:hAnsi="Times New Roman"/>
          <w:b/>
          <w:color w:val="111111"/>
          <w:sz w:val="27"/>
        </w:rPr>
        <w:t>Интересуйтесь играми малыша.</w:t>
      </w:r>
      <w:r>
        <w:rPr>
          <w:rFonts w:ascii="TimesNewRomanPSMT" w:eastAsia="TimesNewRomanPSMT" w:hAnsi="TimesNewRomanPSMT"/>
          <w:color w:val="111111"/>
          <w:sz w:val="27"/>
        </w:rPr>
        <w:t xml:space="preserve"> Если ваш ребенок бесцельно катает одну и ту же машинку, беспорядочно укладывает кукол, не заботится о кукольном уголке, то это значит, что у него не сформированы игровые умения: он попросту не умеет играть. Помогите малышу, подскажите новые действия: как нагружать в машину кирпичики (кубики, как ухаживать за куклой, что можно делать с новыми игрушками, в каком направлении продолжить игру.</w:t>
      </w:r>
    </w:p>
    <w:p w14:paraId="77FADB1E" w14:textId="77777777" w:rsidR="00F36F38" w:rsidRDefault="004375C3">
      <w:pPr>
        <w:autoSpaceDE w:val="0"/>
        <w:autoSpaceDN w:val="0"/>
        <w:spacing w:before="2" w:after="0" w:line="310" w:lineRule="exact"/>
        <w:ind w:left="748" w:right="20" w:hanging="360"/>
        <w:jc w:val="both"/>
      </w:pPr>
      <w:r>
        <w:rPr>
          <w:rFonts w:ascii="Symbol" w:eastAsia="Symbol" w:hAnsi="Symbol"/>
          <w:color w:val="303133"/>
          <w:sz w:val="24"/>
        </w:rPr>
        <w:t></w:t>
      </w:r>
      <w:r>
        <w:rPr>
          <w:rFonts w:ascii="Times New Roman" w:eastAsia="Times New Roman" w:hAnsi="Times New Roman"/>
          <w:b/>
          <w:color w:val="111111"/>
          <w:sz w:val="27"/>
        </w:rPr>
        <w:t>Демонстрируйте и объясняйте ребенку свои действия</w:t>
      </w:r>
      <w:r>
        <w:rPr>
          <w:rFonts w:ascii="TimesNewRomanPSMT" w:eastAsia="TimesNewRomanPSMT" w:hAnsi="TimesNewRomanPSMT"/>
          <w:color w:val="111111"/>
          <w:sz w:val="27"/>
        </w:rPr>
        <w:t>, например, вы собираетесь на работу: выбираете одежду, складываете в сумку необходимые вещи – бумаги, ручки, очки, телефон. Вечером, приходя с работы, или по дороге из детского сада домой поделитесь с малышом тем, как прошёл ваш день, спросите, что он делал в детском саду, что особенно его волнует.</w:t>
      </w:r>
    </w:p>
    <w:p w14:paraId="6DB50BC7" w14:textId="77777777" w:rsidR="00F36F38" w:rsidRDefault="004375C3">
      <w:pPr>
        <w:autoSpaceDE w:val="0"/>
        <w:autoSpaceDN w:val="0"/>
        <w:spacing w:before="2" w:after="0" w:line="310" w:lineRule="exact"/>
        <w:ind w:left="748" w:right="24" w:hanging="360"/>
        <w:jc w:val="both"/>
      </w:pPr>
      <w:r>
        <w:rPr>
          <w:rFonts w:ascii="Symbol" w:eastAsia="Symbol" w:hAnsi="Symbol"/>
          <w:color w:val="303133"/>
          <w:sz w:val="24"/>
        </w:rPr>
        <w:t></w:t>
      </w:r>
      <w:r>
        <w:rPr>
          <w:rFonts w:ascii="Times New Roman" w:eastAsia="Times New Roman" w:hAnsi="Times New Roman"/>
          <w:b/>
          <w:color w:val="111111"/>
          <w:sz w:val="27"/>
        </w:rPr>
        <w:t>Показывайте ребенку мир вокруг</w:t>
      </w:r>
      <w:r>
        <w:rPr>
          <w:rFonts w:ascii="TimesNewRomanPSMT" w:eastAsia="TimesNewRomanPSMT" w:hAnsi="TimesNewRomanPSMT"/>
          <w:color w:val="111111"/>
          <w:sz w:val="27"/>
        </w:rPr>
        <w:t>, совершайте специальные прогулки к объектам, скрытым от глаз малыша в повседневной жизни: к городскому памятнику, к дворцу спорта, к зданию театра, к железной дороге. Все увиденное вокруг и услышанное от вас обогатит его впечатления, эмоции и знания.</w:t>
      </w:r>
    </w:p>
    <w:p w14:paraId="5591B120" w14:textId="77777777" w:rsidR="00F36F38" w:rsidRDefault="004375C3">
      <w:pPr>
        <w:autoSpaceDE w:val="0"/>
        <w:autoSpaceDN w:val="0"/>
        <w:spacing w:before="710" w:after="0" w:line="310" w:lineRule="exact"/>
        <w:jc w:val="center"/>
      </w:pPr>
      <w:r>
        <w:rPr>
          <w:rFonts w:ascii="TimesNewRomanPSMT" w:eastAsia="TimesNewRomanPSMT" w:hAnsi="TimesNewRomanPSMT"/>
          <w:color w:val="111111"/>
          <w:sz w:val="27"/>
        </w:rPr>
        <w:t xml:space="preserve">На вопрос, </w:t>
      </w:r>
      <w:r>
        <w:rPr>
          <w:rFonts w:ascii="Times New Roman" w:eastAsia="Times New Roman" w:hAnsi="Times New Roman"/>
          <w:b/>
          <w:i/>
          <w:color w:val="111111"/>
          <w:sz w:val="27"/>
        </w:rPr>
        <w:t>сколько времени играть с ребенком в сюжетно-ролевые игры</w:t>
      </w:r>
      <w:r>
        <w:rPr>
          <w:rFonts w:ascii="TimesNewRomanPSMT" w:eastAsia="TimesNewRomanPSMT" w:hAnsi="TimesNewRomanPSMT"/>
          <w:color w:val="111111"/>
          <w:sz w:val="27"/>
        </w:rPr>
        <w:t xml:space="preserve">, любой психолог ответит: «Столько, сколько ему необходимо». Не существует готовых </w:t>
      </w:r>
    </w:p>
    <w:p w14:paraId="5144FEC0" w14:textId="77777777" w:rsidR="00F36F38" w:rsidRDefault="00F36F38">
      <w:pPr>
        <w:sectPr w:rsidR="00F36F38">
          <w:pgSz w:w="11906" w:h="16838"/>
          <w:pgMar w:top="566" w:right="760" w:bottom="486" w:left="824" w:header="720" w:footer="720" w:gutter="0"/>
          <w:cols w:space="720"/>
          <w:docGrid w:linePitch="360"/>
        </w:sectPr>
      </w:pPr>
    </w:p>
    <w:p w14:paraId="5EEDFBB1" w14:textId="77777777" w:rsidR="00F36F38" w:rsidRDefault="00F36F38">
      <w:pPr>
        <w:autoSpaceDE w:val="0"/>
        <w:autoSpaceDN w:val="0"/>
        <w:spacing w:after="346" w:line="220" w:lineRule="exact"/>
      </w:pPr>
    </w:p>
    <w:p w14:paraId="6ADD9D60" w14:textId="77777777" w:rsidR="00F36F38" w:rsidRDefault="004375C3">
      <w:pPr>
        <w:autoSpaceDE w:val="0"/>
        <w:autoSpaceDN w:val="0"/>
        <w:spacing w:after="0" w:line="308" w:lineRule="exact"/>
        <w:ind w:left="28" w:right="26"/>
        <w:jc w:val="both"/>
      </w:pPr>
      <w:r>
        <w:rPr>
          <w:rFonts w:ascii="TimesNewRomanPSMT" w:eastAsia="TimesNewRomanPSMT" w:hAnsi="TimesNewRomanPSMT"/>
          <w:color w:val="111111"/>
          <w:sz w:val="27"/>
        </w:rPr>
        <w:t>положений о том, сколько, в какое время, до или после еды играть с ребенком. Однако, как правило, нетрудно понять в какой момент ребенок переиграл, а когда не доиграл и, исходя из этого, уже делать вывод: стоит изменять ситуацию, или нет.</w:t>
      </w:r>
    </w:p>
    <w:p w14:paraId="52EB512D" w14:textId="77777777" w:rsidR="00F36F38" w:rsidRDefault="004375C3">
      <w:pPr>
        <w:autoSpaceDE w:val="0"/>
        <w:autoSpaceDN w:val="0"/>
        <w:spacing w:before="202" w:after="0" w:line="310" w:lineRule="exact"/>
        <w:ind w:left="28" w:right="20" w:firstLine="708"/>
        <w:jc w:val="both"/>
      </w:pPr>
      <w:r>
        <w:rPr>
          <w:rFonts w:ascii="TimesNewRomanPSMT" w:eastAsia="TimesNewRomanPSMT" w:hAnsi="TimesNewRomanPSMT"/>
          <w:color w:val="111111"/>
          <w:sz w:val="27"/>
        </w:rPr>
        <w:t>Самое очевидное влияние взрослого на ролевую игру это старт самой игры, показать, как и во что можно играть. Учитывая, что ребенок одинаково копирует хорошее и плохое, то, давая направление его сюжетно-ролевой игре, взрослый получает в руки мощный инструмент влияния на будущие наклонности ребёнка, играя, можно воспитывать малыша. Для того чтобы правильно организовать ролевую игру надо помнить</w:t>
      </w:r>
      <w:r>
        <w:rPr>
          <w:rFonts w:ascii="Times New Roman" w:eastAsia="Times New Roman" w:hAnsi="Times New Roman"/>
          <w:b/>
          <w:i/>
          <w:color w:val="111111"/>
          <w:sz w:val="27"/>
          <w:u w:val="single"/>
        </w:rPr>
        <w:t>три простых правила.</w:t>
      </w:r>
    </w:p>
    <w:p w14:paraId="28961B5E" w14:textId="77777777" w:rsidR="00F36F38" w:rsidRDefault="004375C3">
      <w:pPr>
        <w:tabs>
          <w:tab w:val="left" w:pos="748"/>
        </w:tabs>
        <w:autoSpaceDE w:val="0"/>
        <w:autoSpaceDN w:val="0"/>
        <w:spacing w:before="196" w:after="0" w:line="312" w:lineRule="exact"/>
        <w:ind w:left="388"/>
      </w:pPr>
      <w:r>
        <w:rPr>
          <w:rFonts w:ascii="Symbol" w:eastAsia="Symbol" w:hAnsi="Symbol"/>
          <w:color w:val="303133"/>
          <w:sz w:val="24"/>
        </w:rPr>
        <w:t></w:t>
      </w:r>
      <w:r>
        <w:rPr>
          <w:rFonts w:ascii="Times New Roman" w:eastAsia="Times New Roman" w:hAnsi="Times New Roman"/>
          <w:b/>
          <w:i/>
          <w:color w:val="111111"/>
          <w:sz w:val="27"/>
        </w:rPr>
        <w:t>Во-первых</w:t>
      </w:r>
      <w:r>
        <w:rPr>
          <w:rFonts w:ascii="Times New Roman" w:eastAsia="Times New Roman" w:hAnsi="Times New Roman"/>
          <w:b/>
          <w:color w:val="111111"/>
          <w:sz w:val="27"/>
        </w:rPr>
        <w:t>,</w:t>
      </w:r>
      <w:r>
        <w:rPr>
          <w:rFonts w:ascii="TimesNewRomanPSMT" w:eastAsia="TimesNewRomanPSMT" w:hAnsi="TimesNewRomanPSMT"/>
          <w:color w:val="111111"/>
          <w:sz w:val="27"/>
        </w:rPr>
        <w:t xml:space="preserve"> игра не должна строиться на принуждении, это свободное проявление воли ребенка.</w:t>
      </w:r>
    </w:p>
    <w:p w14:paraId="21A4ADD5" w14:textId="77777777" w:rsidR="00F36F38" w:rsidRDefault="004375C3">
      <w:pPr>
        <w:tabs>
          <w:tab w:val="left" w:pos="748"/>
        </w:tabs>
        <w:autoSpaceDE w:val="0"/>
        <w:autoSpaceDN w:val="0"/>
        <w:spacing w:after="0" w:line="310" w:lineRule="exact"/>
        <w:ind w:left="388"/>
      </w:pPr>
      <w:r>
        <w:rPr>
          <w:rFonts w:ascii="Symbol" w:eastAsia="Symbol" w:hAnsi="Symbol"/>
          <w:color w:val="303133"/>
          <w:sz w:val="24"/>
        </w:rPr>
        <w:t></w:t>
      </w:r>
      <w:r>
        <w:rPr>
          <w:rFonts w:ascii="Times New Roman" w:eastAsia="Times New Roman" w:hAnsi="Times New Roman"/>
          <w:b/>
          <w:i/>
          <w:color w:val="111111"/>
          <w:sz w:val="27"/>
        </w:rPr>
        <w:t>Во-вторых</w:t>
      </w:r>
      <w:r>
        <w:rPr>
          <w:rFonts w:ascii="Times New Roman" w:eastAsia="Times New Roman" w:hAnsi="Times New Roman"/>
          <w:b/>
          <w:color w:val="111111"/>
          <w:sz w:val="27"/>
        </w:rPr>
        <w:t>,</w:t>
      </w:r>
      <w:r>
        <w:rPr>
          <w:rFonts w:ascii="TimesNewRomanPSMT" w:eastAsia="TimesNewRomanPSMT" w:hAnsi="TimesNewRomanPSMT"/>
          <w:color w:val="111111"/>
          <w:sz w:val="27"/>
        </w:rPr>
        <w:t xml:space="preserve"> игра - это творческий процесс, не стоит загонять ребенка в какие бы то ни было жёсткие рамки.</w:t>
      </w:r>
    </w:p>
    <w:p w14:paraId="45AD7F33" w14:textId="77777777" w:rsidR="00F36F38" w:rsidRDefault="004375C3">
      <w:pPr>
        <w:autoSpaceDE w:val="0"/>
        <w:autoSpaceDN w:val="0"/>
        <w:spacing w:after="0" w:line="310" w:lineRule="exact"/>
        <w:ind w:left="748" w:right="22" w:hanging="360"/>
        <w:jc w:val="both"/>
      </w:pPr>
      <w:r>
        <w:rPr>
          <w:rFonts w:ascii="Symbol" w:eastAsia="Symbol" w:hAnsi="Symbol"/>
          <w:color w:val="303133"/>
          <w:sz w:val="24"/>
        </w:rPr>
        <w:t></w:t>
      </w:r>
      <w:r>
        <w:rPr>
          <w:rFonts w:ascii="Times New Roman" w:eastAsia="Times New Roman" w:hAnsi="Times New Roman"/>
          <w:b/>
          <w:i/>
          <w:color w:val="111111"/>
          <w:sz w:val="27"/>
        </w:rPr>
        <w:t>В-третьих</w:t>
      </w:r>
      <w:r>
        <w:rPr>
          <w:rFonts w:ascii="Times New Roman" w:eastAsia="Times New Roman" w:hAnsi="Times New Roman"/>
          <w:b/>
          <w:color w:val="111111"/>
          <w:sz w:val="27"/>
        </w:rPr>
        <w:t>,</w:t>
      </w:r>
      <w:r>
        <w:rPr>
          <w:rFonts w:ascii="TimesNewRomanPSMT" w:eastAsia="TimesNewRomanPSMT" w:hAnsi="TimesNewRomanPSMT"/>
          <w:color w:val="111111"/>
          <w:sz w:val="27"/>
        </w:rPr>
        <w:t xml:space="preserve"> старайтесь, что бы игра менялась и имела свое развитие, но при этом не стоит чрезмерно бояться повторов: если ребенок, «ставший поваром», второй день жарит блины – не страшно, он просто запоминает и тренирует полученный навык. Поощряйте это.</w:t>
      </w:r>
    </w:p>
    <w:p w14:paraId="2BF5918F" w14:textId="77777777" w:rsidR="00F36F38" w:rsidRDefault="004375C3">
      <w:pPr>
        <w:autoSpaceDE w:val="0"/>
        <w:autoSpaceDN w:val="0"/>
        <w:spacing w:before="202" w:after="0" w:line="310" w:lineRule="exact"/>
        <w:ind w:left="28" w:right="24"/>
        <w:jc w:val="both"/>
      </w:pPr>
      <w:r>
        <w:rPr>
          <w:rFonts w:ascii="TimesNewRomanPSMT" w:eastAsia="TimesNewRomanPSMT" w:hAnsi="TimesNewRomanPSMT"/>
          <w:color w:val="111111"/>
          <w:sz w:val="27"/>
        </w:rPr>
        <w:t>Постоянное присутствие взрослого, когда ребенок охотиться за пиратами вовсе не обязательно. Ребенок должен учиться развивать свою фантазию и логическое мышление самостоятельно. Взрослый – это наблюдатель, который способен изменить или исправить ситуацию. Взрослый – это могущественный, но второстепенный герой ролевых игр по сравнению с ребенком, который непременно - главный герой.</w:t>
      </w:r>
    </w:p>
    <w:p w14:paraId="06DDE01D" w14:textId="77777777" w:rsidR="00F36F38" w:rsidRDefault="004375C3">
      <w:pPr>
        <w:autoSpaceDE w:val="0"/>
        <w:autoSpaceDN w:val="0"/>
        <w:spacing w:before="202" w:after="0" w:line="310" w:lineRule="exact"/>
        <w:ind w:left="28" w:right="20"/>
        <w:jc w:val="both"/>
      </w:pPr>
      <w:r>
        <w:rPr>
          <w:rFonts w:ascii="TimesNewRomanPSMT" w:eastAsia="TimesNewRomanPSMT" w:hAnsi="TimesNewRomanPSMT"/>
          <w:color w:val="111111"/>
          <w:sz w:val="27"/>
        </w:rPr>
        <w:t>Также вмешиваться взрослому разумно, если игра становится слишком жестокой и злой, герои превращаются в злодеев. Но не торопитесь бежать к ребёнку и останавливать игру! Вспомните, хорошо ли вы ему объяснили понятия добра и зла, хорошего и плохого? Может, стоит повторить урок, чтобы в следующей игре малыш не столкнулся со «сладостью запретного плода»? Ведь все эти понятия – не самое простое из того, что должен понимать дошкольник.</w:t>
      </w:r>
    </w:p>
    <w:p w14:paraId="08EB5EC1" w14:textId="77777777" w:rsidR="00F36F38" w:rsidRDefault="004375C3">
      <w:pPr>
        <w:autoSpaceDE w:val="0"/>
        <w:autoSpaceDN w:val="0"/>
        <w:spacing w:before="200" w:after="0" w:line="310" w:lineRule="exact"/>
        <w:ind w:left="28" w:right="20" w:firstLine="708"/>
        <w:jc w:val="both"/>
      </w:pPr>
      <w:r>
        <w:rPr>
          <w:rFonts w:ascii="TimesNewRomanPSMT" w:eastAsia="TimesNewRomanPSMT" w:hAnsi="TimesNewRomanPSMT"/>
          <w:color w:val="111111"/>
          <w:sz w:val="27"/>
        </w:rPr>
        <w:t xml:space="preserve">Самая, пожалуй, древняя сюжетно-ролевая игра – это </w:t>
      </w:r>
      <w:r>
        <w:rPr>
          <w:rFonts w:ascii="Times New Roman" w:eastAsia="Times New Roman" w:hAnsi="Times New Roman"/>
          <w:i/>
          <w:color w:val="111111"/>
          <w:sz w:val="27"/>
        </w:rPr>
        <w:t>игра в «Семью»</w:t>
      </w:r>
      <w:r>
        <w:rPr>
          <w:rFonts w:ascii="TimesNewRomanPSMT" w:eastAsia="TimesNewRomanPSMT" w:hAnsi="TimesNewRomanPSMT"/>
          <w:color w:val="111111"/>
          <w:sz w:val="27"/>
        </w:rPr>
        <w:t xml:space="preserve">. Обычно </w:t>
      </w:r>
      <w:r>
        <w:rPr>
          <w:rFonts w:ascii="TimesNewRomanPSMT" w:eastAsia="TimesNewRomanPSMT" w:hAnsi="TimesNewRomanPSMT"/>
          <w:color w:val="111111"/>
          <w:sz w:val="27"/>
        </w:rPr>
        <w:t>ребенок сам начинает в нее играть, и от родителя требуется только ее контролировать, а также постараться понять, как он оценивает родителей и близких, не существуют ли какие-либо проблемы.</w:t>
      </w:r>
    </w:p>
    <w:p w14:paraId="489EB7A7" w14:textId="77777777" w:rsidR="00F36F38" w:rsidRDefault="004375C3">
      <w:pPr>
        <w:autoSpaceDE w:val="0"/>
        <w:autoSpaceDN w:val="0"/>
        <w:spacing w:before="202" w:after="0" w:line="310" w:lineRule="exact"/>
        <w:ind w:left="28" w:right="20" w:firstLine="708"/>
        <w:jc w:val="both"/>
      </w:pPr>
      <w:r>
        <w:rPr>
          <w:rFonts w:ascii="Times New Roman" w:eastAsia="Times New Roman" w:hAnsi="Times New Roman"/>
          <w:b/>
          <w:color w:val="2F5496"/>
          <w:sz w:val="27"/>
        </w:rPr>
        <w:t>Игра в «Семью»</w:t>
      </w:r>
      <w:r>
        <w:rPr>
          <w:rFonts w:ascii="TimesNewRomanPSMT" w:eastAsia="TimesNewRomanPSMT" w:hAnsi="TimesNewRomanPSMT"/>
          <w:color w:val="111111"/>
          <w:sz w:val="27"/>
        </w:rPr>
        <w:t>уместна и для обычного семейного вечера, и для веселого времяпрепровождения с гостями. Для начала распределите роли между участниками. Причем папой может быть и 3-летний малыш, а настоящая мама может исполнять роль маленькой доченьки. Войти в роль помогут ролевые атрибуты: одежда, игрушки, личные вещи и т. д. Важно перед началом игры проговорить основные действия той или иной роли. Например, папа ходит на работу, помогает выполнять домашние дела, ремонтирует мебель, мастерит.</w:t>
      </w:r>
    </w:p>
    <w:p w14:paraId="0BF85B96" w14:textId="77777777" w:rsidR="00F36F38" w:rsidRDefault="004375C3">
      <w:pPr>
        <w:autoSpaceDE w:val="0"/>
        <w:autoSpaceDN w:val="0"/>
        <w:spacing w:before="202" w:after="0" w:line="312" w:lineRule="exact"/>
        <w:ind w:left="28" w:right="28" w:firstLine="708"/>
        <w:jc w:val="both"/>
      </w:pPr>
      <w:r>
        <w:rPr>
          <w:rFonts w:ascii="TimesNewRomanPSMT" w:eastAsia="TimesNewRomanPSMT" w:hAnsi="TimesNewRomanPSMT"/>
          <w:color w:val="111111"/>
          <w:sz w:val="27"/>
        </w:rPr>
        <w:t>Мама - хозяйка в доме, готовит еду, стирает, убирает, смотрит за детьми. Ребенок играет, ходит в детский сад, помогает маме, шалит. А еще в семье могут быть дедушка, бабушка, тетя, собака, кошка и т. д.</w:t>
      </w:r>
    </w:p>
    <w:p w14:paraId="51DE3BC5" w14:textId="77777777" w:rsidR="00F36F38" w:rsidRDefault="00F36F38">
      <w:pPr>
        <w:sectPr w:rsidR="00F36F38">
          <w:pgSz w:w="11906" w:h="16838"/>
          <w:pgMar w:top="566" w:right="760" w:bottom="632" w:left="824" w:header="720" w:footer="720" w:gutter="0"/>
          <w:cols w:space="720"/>
          <w:docGrid w:linePitch="360"/>
        </w:sectPr>
      </w:pPr>
    </w:p>
    <w:p w14:paraId="55A7C9D5" w14:textId="77777777" w:rsidR="00F36F38" w:rsidRDefault="00F36F38">
      <w:pPr>
        <w:autoSpaceDE w:val="0"/>
        <w:autoSpaceDN w:val="0"/>
        <w:spacing w:after="346" w:line="220" w:lineRule="exact"/>
      </w:pPr>
    </w:p>
    <w:p w14:paraId="20F6E558" w14:textId="77777777" w:rsidR="00F36F38" w:rsidRDefault="004375C3">
      <w:pPr>
        <w:tabs>
          <w:tab w:val="left" w:pos="736"/>
        </w:tabs>
        <w:autoSpaceDE w:val="0"/>
        <w:autoSpaceDN w:val="0"/>
        <w:spacing w:after="0" w:line="308" w:lineRule="exact"/>
        <w:ind w:left="28"/>
      </w:pPr>
      <w:r>
        <w:tab/>
      </w:r>
      <w:r>
        <w:rPr>
          <w:rFonts w:ascii="TimesNewRomanPSMT" w:eastAsia="TimesNewRomanPSMT" w:hAnsi="TimesNewRomanPSMT"/>
          <w:color w:val="111111"/>
          <w:sz w:val="27"/>
        </w:rPr>
        <w:t>В «Семью» можно играть по-разному. Все зависит от настроения и фантазии. Можно играть не только в «настоящую» семью, но и в «кукольную», «звериную».</w:t>
      </w:r>
    </w:p>
    <w:p w14:paraId="3AC92933" w14:textId="77777777" w:rsidR="00F36F38" w:rsidRDefault="004375C3">
      <w:pPr>
        <w:autoSpaceDE w:val="0"/>
        <w:autoSpaceDN w:val="0"/>
        <w:spacing w:before="202" w:after="156" w:line="310" w:lineRule="exact"/>
        <w:ind w:left="28" w:right="22" w:firstLine="708"/>
        <w:jc w:val="both"/>
      </w:pPr>
      <w:r>
        <w:rPr>
          <w:rFonts w:ascii="TimesNewRomanPSMT" w:eastAsia="TimesNewRomanPSMT" w:hAnsi="TimesNewRomanPSMT"/>
          <w:color w:val="111111"/>
          <w:sz w:val="27"/>
        </w:rPr>
        <w:t>Через ролевую игру ребенка можно знакомить с различными профессиями, особенно, если их представителем является кто-то из родителей. Классические примеры: игра в пожарных, врачей, милиционеров и прочее.</w:t>
      </w:r>
    </w:p>
    <w:tbl>
      <w:tblPr>
        <w:tblW w:w="0" w:type="auto"/>
        <w:tblInd w:w="355" w:type="dxa"/>
        <w:tblLayout w:type="fixed"/>
        <w:tblLook w:val="04A0" w:firstRow="1" w:lastRow="0" w:firstColumn="1" w:lastColumn="0" w:noHBand="0" w:noVBand="1"/>
      </w:tblPr>
      <w:tblGrid>
        <w:gridCol w:w="1360"/>
        <w:gridCol w:w="960"/>
        <w:gridCol w:w="1100"/>
        <w:gridCol w:w="1460"/>
        <w:gridCol w:w="720"/>
        <w:gridCol w:w="900"/>
        <w:gridCol w:w="620"/>
        <w:gridCol w:w="560"/>
        <w:gridCol w:w="2260"/>
      </w:tblGrid>
      <w:tr w:rsidR="00F36F38" w14:paraId="520D7C0E" w14:textId="77777777">
        <w:trPr>
          <w:trHeight w:hRule="exact" w:val="364"/>
        </w:trPr>
        <w:tc>
          <w:tcPr>
            <w:tcW w:w="1360" w:type="dxa"/>
            <w:tcMar>
              <w:left w:w="0" w:type="dxa"/>
              <w:right w:w="0" w:type="dxa"/>
            </w:tcMar>
          </w:tcPr>
          <w:p w14:paraId="523E6743" w14:textId="77777777" w:rsidR="00F36F38" w:rsidRDefault="004375C3">
            <w:pPr>
              <w:autoSpaceDE w:val="0"/>
              <w:autoSpaceDN w:val="0"/>
              <w:spacing w:before="60" w:after="0" w:line="230" w:lineRule="auto"/>
              <w:ind w:right="96"/>
              <w:jc w:val="right"/>
            </w:pPr>
            <w:r>
              <w:rPr>
                <w:rFonts w:ascii="Times New Roman" w:eastAsia="Times New Roman" w:hAnsi="Times New Roman"/>
                <w:b/>
                <w:i/>
                <w:color w:val="111111"/>
                <w:sz w:val="27"/>
              </w:rPr>
              <w:t xml:space="preserve">Также </w:t>
            </w:r>
          </w:p>
        </w:tc>
        <w:tc>
          <w:tcPr>
            <w:tcW w:w="960" w:type="dxa"/>
            <w:tcMar>
              <w:left w:w="0" w:type="dxa"/>
              <w:right w:w="0" w:type="dxa"/>
            </w:tcMar>
          </w:tcPr>
          <w:p w14:paraId="3F0C5819" w14:textId="77777777" w:rsidR="00F36F38" w:rsidRDefault="004375C3">
            <w:pPr>
              <w:autoSpaceDE w:val="0"/>
              <w:autoSpaceDN w:val="0"/>
              <w:spacing w:before="60" w:after="0" w:line="230" w:lineRule="auto"/>
              <w:jc w:val="center"/>
            </w:pPr>
            <w:r>
              <w:rPr>
                <w:rFonts w:ascii="Times New Roman" w:eastAsia="Times New Roman" w:hAnsi="Times New Roman"/>
                <w:b/>
                <w:i/>
                <w:color w:val="111111"/>
                <w:sz w:val="27"/>
              </w:rPr>
              <w:t xml:space="preserve">очень </w:t>
            </w:r>
          </w:p>
        </w:tc>
        <w:tc>
          <w:tcPr>
            <w:tcW w:w="1100" w:type="dxa"/>
            <w:tcMar>
              <w:left w:w="0" w:type="dxa"/>
              <w:right w:w="0" w:type="dxa"/>
            </w:tcMar>
          </w:tcPr>
          <w:p w14:paraId="579C79FE" w14:textId="77777777" w:rsidR="00F36F38" w:rsidRDefault="004375C3">
            <w:pPr>
              <w:autoSpaceDE w:val="0"/>
              <w:autoSpaceDN w:val="0"/>
              <w:spacing w:before="60" w:after="0" w:line="230" w:lineRule="auto"/>
              <w:jc w:val="center"/>
            </w:pPr>
            <w:r>
              <w:rPr>
                <w:rFonts w:ascii="Times New Roman" w:eastAsia="Times New Roman" w:hAnsi="Times New Roman"/>
                <w:b/>
                <w:i/>
                <w:color w:val="111111"/>
                <w:sz w:val="27"/>
              </w:rPr>
              <w:t xml:space="preserve">важно </w:t>
            </w:r>
          </w:p>
        </w:tc>
        <w:tc>
          <w:tcPr>
            <w:tcW w:w="1460" w:type="dxa"/>
            <w:tcMar>
              <w:left w:w="0" w:type="dxa"/>
              <w:right w:w="0" w:type="dxa"/>
            </w:tcMar>
          </w:tcPr>
          <w:p w14:paraId="2900E6FB" w14:textId="77777777" w:rsidR="00F36F38" w:rsidRDefault="004375C3">
            <w:pPr>
              <w:autoSpaceDE w:val="0"/>
              <w:autoSpaceDN w:val="0"/>
              <w:spacing w:before="60" w:after="0" w:line="230" w:lineRule="auto"/>
              <w:jc w:val="center"/>
            </w:pPr>
            <w:r>
              <w:rPr>
                <w:rFonts w:ascii="Times New Roman" w:eastAsia="Times New Roman" w:hAnsi="Times New Roman"/>
                <w:b/>
                <w:i/>
                <w:color w:val="111111"/>
                <w:sz w:val="27"/>
              </w:rPr>
              <w:t xml:space="preserve">помогать </w:t>
            </w:r>
          </w:p>
        </w:tc>
        <w:tc>
          <w:tcPr>
            <w:tcW w:w="720" w:type="dxa"/>
            <w:tcMar>
              <w:left w:w="0" w:type="dxa"/>
              <w:right w:w="0" w:type="dxa"/>
            </w:tcMar>
          </w:tcPr>
          <w:p w14:paraId="22A9FFA1" w14:textId="77777777" w:rsidR="00F36F38" w:rsidRDefault="004375C3">
            <w:pPr>
              <w:autoSpaceDE w:val="0"/>
              <w:autoSpaceDN w:val="0"/>
              <w:spacing w:before="60" w:after="0" w:line="230" w:lineRule="auto"/>
              <w:jc w:val="center"/>
            </w:pPr>
            <w:r>
              <w:rPr>
                <w:rFonts w:ascii="Times New Roman" w:eastAsia="Times New Roman" w:hAnsi="Times New Roman"/>
                <w:b/>
                <w:i/>
                <w:color w:val="111111"/>
                <w:sz w:val="27"/>
              </w:rPr>
              <w:t xml:space="preserve">или </w:t>
            </w:r>
          </w:p>
        </w:tc>
        <w:tc>
          <w:tcPr>
            <w:tcW w:w="900" w:type="dxa"/>
            <w:tcMar>
              <w:left w:w="0" w:type="dxa"/>
              <w:right w:w="0" w:type="dxa"/>
            </w:tcMar>
          </w:tcPr>
          <w:p w14:paraId="6EC09229" w14:textId="77777777" w:rsidR="00F36F38" w:rsidRDefault="004375C3">
            <w:pPr>
              <w:autoSpaceDE w:val="0"/>
              <w:autoSpaceDN w:val="0"/>
              <w:spacing w:before="60" w:after="0" w:line="230" w:lineRule="auto"/>
              <w:jc w:val="center"/>
            </w:pPr>
            <w:r>
              <w:rPr>
                <w:rFonts w:ascii="Times New Roman" w:eastAsia="Times New Roman" w:hAnsi="Times New Roman"/>
                <w:b/>
                <w:i/>
                <w:color w:val="111111"/>
                <w:sz w:val="27"/>
              </w:rPr>
              <w:t xml:space="preserve">хотя </w:t>
            </w:r>
          </w:p>
        </w:tc>
        <w:tc>
          <w:tcPr>
            <w:tcW w:w="620" w:type="dxa"/>
            <w:tcMar>
              <w:left w:w="0" w:type="dxa"/>
              <w:right w:w="0" w:type="dxa"/>
            </w:tcMar>
          </w:tcPr>
          <w:p w14:paraId="6CB42474" w14:textId="77777777" w:rsidR="00F36F38" w:rsidRDefault="004375C3">
            <w:pPr>
              <w:autoSpaceDE w:val="0"/>
              <w:autoSpaceDN w:val="0"/>
              <w:spacing w:before="60" w:after="0" w:line="230" w:lineRule="auto"/>
              <w:jc w:val="center"/>
            </w:pPr>
            <w:r>
              <w:rPr>
                <w:rFonts w:ascii="Times New Roman" w:eastAsia="Times New Roman" w:hAnsi="Times New Roman"/>
                <w:b/>
                <w:i/>
                <w:color w:val="111111"/>
                <w:sz w:val="27"/>
              </w:rPr>
              <w:t xml:space="preserve">бы </w:t>
            </w:r>
          </w:p>
        </w:tc>
        <w:tc>
          <w:tcPr>
            <w:tcW w:w="560" w:type="dxa"/>
            <w:tcMar>
              <w:left w:w="0" w:type="dxa"/>
              <w:right w:w="0" w:type="dxa"/>
            </w:tcMar>
          </w:tcPr>
          <w:p w14:paraId="55E77631" w14:textId="77777777" w:rsidR="00F36F38" w:rsidRDefault="004375C3">
            <w:pPr>
              <w:autoSpaceDE w:val="0"/>
              <w:autoSpaceDN w:val="0"/>
              <w:spacing w:before="60" w:after="0" w:line="230" w:lineRule="auto"/>
              <w:jc w:val="center"/>
            </w:pPr>
            <w:r>
              <w:rPr>
                <w:rFonts w:ascii="Times New Roman" w:eastAsia="Times New Roman" w:hAnsi="Times New Roman"/>
                <w:b/>
                <w:i/>
                <w:color w:val="111111"/>
                <w:sz w:val="27"/>
              </w:rPr>
              <w:t xml:space="preserve">не </w:t>
            </w:r>
          </w:p>
        </w:tc>
        <w:tc>
          <w:tcPr>
            <w:tcW w:w="2260" w:type="dxa"/>
            <w:tcMar>
              <w:left w:w="0" w:type="dxa"/>
              <w:right w:w="0" w:type="dxa"/>
            </w:tcMar>
          </w:tcPr>
          <w:p w14:paraId="2BAE1FFA" w14:textId="77777777" w:rsidR="00F36F38" w:rsidRDefault="004375C3">
            <w:pPr>
              <w:autoSpaceDE w:val="0"/>
              <w:autoSpaceDN w:val="0"/>
              <w:spacing w:before="60" w:after="0" w:line="230" w:lineRule="auto"/>
              <w:ind w:left="112"/>
            </w:pPr>
            <w:r>
              <w:rPr>
                <w:rFonts w:ascii="Times New Roman" w:eastAsia="Times New Roman" w:hAnsi="Times New Roman"/>
                <w:b/>
                <w:i/>
                <w:color w:val="111111"/>
                <w:sz w:val="27"/>
              </w:rPr>
              <w:t xml:space="preserve">препятствовать </w:t>
            </w:r>
          </w:p>
        </w:tc>
      </w:tr>
    </w:tbl>
    <w:p w14:paraId="6A5D14CD" w14:textId="77777777" w:rsidR="00F36F38" w:rsidRDefault="004375C3">
      <w:pPr>
        <w:autoSpaceDE w:val="0"/>
        <w:autoSpaceDN w:val="0"/>
        <w:spacing w:after="0" w:line="308" w:lineRule="exact"/>
        <w:ind w:left="28" w:right="20"/>
        <w:jc w:val="both"/>
      </w:pPr>
      <w:r>
        <w:rPr>
          <w:rFonts w:ascii="Times New Roman" w:eastAsia="Times New Roman" w:hAnsi="Times New Roman"/>
          <w:b/>
          <w:i/>
          <w:color w:val="111111"/>
          <w:sz w:val="27"/>
        </w:rPr>
        <w:t>строительству домика для ребенка – под столом, накрытым тканью, из стульев – вариантов масса.</w:t>
      </w:r>
      <w:r>
        <w:rPr>
          <w:rFonts w:ascii="TimesNewRomanPSMT" w:eastAsia="TimesNewRomanPSMT" w:hAnsi="TimesNewRomanPSMT"/>
          <w:color w:val="111111"/>
          <w:sz w:val="27"/>
        </w:rPr>
        <w:t xml:space="preserve"> Даже взрослым необходимо пространство для уединения, где можно чувствовать себя защищенным, дошкольнику же особенно это важно. Это место, которое он может осознавать, как «свое», чего он ощутить не может, даже в собственной комнате.</w:t>
      </w:r>
    </w:p>
    <w:p w14:paraId="0FF3F602" w14:textId="77777777" w:rsidR="00F36F38" w:rsidRDefault="004375C3">
      <w:pPr>
        <w:autoSpaceDE w:val="0"/>
        <w:autoSpaceDN w:val="0"/>
        <w:spacing w:before="206" w:after="0" w:line="310" w:lineRule="exact"/>
        <w:ind w:left="28" w:right="20" w:firstLine="708"/>
        <w:jc w:val="both"/>
      </w:pPr>
      <w:r>
        <w:rPr>
          <w:rFonts w:ascii="Times New Roman" w:eastAsia="Times New Roman" w:hAnsi="Times New Roman"/>
          <w:b/>
          <w:i/>
          <w:color w:val="111111"/>
          <w:sz w:val="27"/>
        </w:rPr>
        <w:t>Сюжетно-ролевые игры могут помочь справиться с разными детскими страхами или неприятием чего-либо</w:t>
      </w:r>
      <w:r>
        <w:rPr>
          <w:rFonts w:ascii="TimesNewRomanPSMT" w:eastAsia="TimesNewRomanPSMT" w:hAnsi="TimesNewRomanPSMT"/>
          <w:color w:val="111111"/>
          <w:sz w:val="27"/>
        </w:rPr>
        <w:t>. Например, если ребёнок боится воды, то игра «купаем куклу» поможет справиться с этой проблемой. А с тем, кто вечером с трудом засыпает, поиграть в игру «львенок хочет спать».</w:t>
      </w:r>
    </w:p>
    <w:p w14:paraId="1D317608" w14:textId="77777777" w:rsidR="00F36F38" w:rsidRDefault="004375C3">
      <w:pPr>
        <w:autoSpaceDE w:val="0"/>
        <w:autoSpaceDN w:val="0"/>
        <w:spacing w:before="202" w:after="0" w:line="310" w:lineRule="exact"/>
        <w:ind w:left="28" w:right="20" w:firstLine="708"/>
        <w:jc w:val="both"/>
      </w:pPr>
      <w:r>
        <w:rPr>
          <w:rFonts w:ascii="TimesNewRomanPSMT" w:eastAsia="TimesNewRomanPSMT" w:hAnsi="TimesNewRomanPSMT"/>
          <w:color w:val="111111"/>
          <w:sz w:val="27"/>
        </w:rPr>
        <w:t>Если ребёнок не хочет ходить в садик, то в процессе игры «Детский сад» родители поймут, что именно не нравится их малышу. Стоит только внимательно понаблюдать за тем, как именно играет ребёнок: что он говорит от имени воспитательницы, няни, других детей. Таким образом вы обязательно узнаете, что же больше всего беспокоит малыша - тревожащая ситуация в игре обязательно проявится.</w:t>
      </w:r>
    </w:p>
    <w:p w14:paraId="0D89D971" w14:textId="77777777" w:rsidR="00F36F38" w:rsidRDefault="004375C3">
      <w:pPr>
        <w:autoSpaceDE w:val="0"/>
        <w:autoSpaceDN w:val="0"/>
        <w:spacing w:before="218" w:after="0" w:line="230" w:lineRule="auto"/>
        <w:jc w:val="center"/>
      </w:pPr>
      <w:r>
        <w:rPr>
          <w:rFonts w:ascii="Times New Roman" w:eastAsia="Times New Roman" w:hAnsi="Times New Roman"/>
          <w:b/>
          <w:color w:val="2F5496"/>
          <w:sz w:val="27"/>
        </w:rPr>
        <w:t xml:space="preserve">РЕКОМЕНДАЦИИ РОДИТЕЛЯМ ПО ОРГАНИЗАЦИИ </w:t>
      </w:r>
    </w:p>
    <w:p w14:paraId="7C6770EE" w14:textId="77777777" w:rsidR="00F36F38" w:rsidRDefault="004375C3">
      <w:pPr>
        <w:autoSpaceDE w:val="0"/>
        <w:autoSpaceDN w:val="0"/>
        <w:spacing w:before="212" w:after="0" w:line="230" w:lineRule="auto"/>
        <w:jc w:val="center"/>
      </w:pPr>
      <w:r>
        <w:rPr>
          <w:rFonts w:ascii="Times New Roman" w:eastAsia="Times New Roman" w:hAnsi="Times New Roman"/>
          <w:b/>
          <w:color w:val="2F5496"/>
          <w:sz w:val="27"/>
        </w:rPr>
        <w:t xml:space="preserve"> СЮЖЕТНО-РОЛЕВОЙ ИГРЫ:</w:t>
      </w:r>
    </w:p>
    <w:p w14:paraId="27645319" w14:textId="77777777" w:rsidR="00F36F38" w:rsidRDefault="004375C3">
      <w:pPr>
        <w:autoSpaceDE w:val="0"/>
        <w:autoSpaceDN w:val="0"/>
        <w:spacing w:before="190" w:after="0" w:line="342" w:lineRule="exact"/>
        <w:ind w:left="388"/>
      </w:pPr>
      <w:r>
        <w:rPr>
          <w:rFonts w:ascii="Symbol" w:eastAsia="Symbol" w:hAnsi="Symbol"/>
          <w:color w:val="303133"/>
          <w:sz w:val="28"/>
        </w:rPr>
        <w:t></w:t>
      </w:r>
      <w:r>
        <w:rPr>
          <w:rFonts w:ascii="TimesNewRomanPSMT" w:eastAsia="TimesNewRomanPSMT" w:hAnsi="TimesNewRomanPSMT"/>
          <w:color w:val="000000"/>
          <w:sz w:val="28"/>
        </w:rPr>
        <w:t>Старайтесь постепенно усложнять игры, чтобы ребенок развивался.</w:t>
      </w:r>
    </w:p>
    <w:p w14:paraId="4ED4AA7E" w14:textId="77777777" w:rsidR="00F36F38" w:rsidRDefault="004375C3">
      <w:pPr>
        <w:autoSpaceDE w:val="0"/>
        <w:autoSpaceDN w:val="0"/>
        <w:spacing w:before="22" w:after="0" w:line="322" w:lineRule="exact"/>
        <w:ind w:left="748" w:right="28" w:hanging="360"/>
        <w:jc w:val="both"/>
      </w:pPr>
      <w:r>
        <w:rPr>
          <w:rFonts w:ascii="Symbol" w:eastAsia="Symbol" w:hAnsi="Symbol"/>
          <w:color w:val="303133"/>
          <w:sz w:val="28"/>
        </w:rPr>
        <w:t></w:t>
      </w:r>
      <w:r>
        <w:rPr>
          <w:rFonts w:ascii="TimesNewRomanPSMT" w:eastAsia="TimesNewRomanPSMT" w:hAnsi="TimesNewRomanPSMT"/>
          <w:color w:val="000000"/>
          <w:sz w:val="28"/>
        </w:rPr>
        <w:t xml:space="preserve">Создайте домашнюю систему игр с ребенком. В одни игры играет папа, в </w:t>
      </w:r>
      <w:r>
        <w:rPr>
          <w:rFonts w:ascii="TimesNewRomanPSMT" w:eastAsia="TimesNewRomanPSMT" w:hAnsi="TimesNewRomanPSMT"/>
          <w:color w:val="000000"/>
          <w:sz w:val="28"/>
        </w:rPr>
        <w:t>другие мама, в какие-то бабушки, дедушки, а в некоторые рекомендуется играть всей семьей.</w:t>
      </w:r>
    </w:p>
    <w:p w14:paraId="4F9D7765" w14:textId="77777777" w:rsidR="00F36F38" w:rsidRDefault="004375C3">
      <w:pPr>
        <w:autoSpaceDE w:val="0"/>
        <w:autoSpaceDN w:val="0"/>
        <w:spacing w:before="18" w:after="0" w:line="324" w:lineRule="exact"/>
        <w:ind w:left="748" w:right="22" w:hanging="360"/>
        <w:jc w:val="both"/>
      </w:pPr>
      <w:r>
        <w:rPr>
          <w:rFonts w:ascii="Symbol" w:eastAsia="Symbol" w:hAnsi="Symbol"/>
          <w:color w:val="303133"/>
          <w:sz w:val="28"/>
        </w:rPr>
        <w:t></w:t>
      </w:r>
      <w:r>
        <w:rPr>
          <w:rFonts w:ascii="TimesNewRomanPSMT" w:eastAsia="TimesNewRomanPSMT" w:hAnsi="TimesNewRomanPSMT"/>
          <w:color w:val="000000"/>
          <w:sz w:val="28"/>
        </w:rPr>
        <w:t>Старайтесь даже в ролевую игру вносить элементы соперничества. Все дворовые ролевые игры – прятки, салки и другие – построены на своего рода борьбе. Дети, умеющие соревноваться, более дружелюбны.</w:t>
      </w:r>
    </w:p>
    <w:p w14:paraId="66FA2C70" w14:textId="77777777" w:rsidR="00F36F38" w:rsidRDefault="004375C3">
      <w:pPr>
        <w:autoSpaceDE w:val="0"/>
        <w:autoSpaceDN w:val="0"/>
        <w:spacing w:after="0" w:line="342" w:lineRule="exact"/>
        <w:ind w:left="388" w:right="2880"/>
      </w:pPr>
      <w:r>
        <w:rPr>
          <w:rFonts w:ascii="Symbol" w:eastAsia="Symbol" w:hAnsi="Symbol"/>
          <w:color w:val="303133"/>
          <w:sz w:val="28"/>
        </w:rPr>
        <w:t></w:t>
      </w:r>
      <w:r>
        <w:rPr>
          <w:rFonts w:ascii="TimesNewRomanPSMT" w:eastAsia="TimesNewRomanPSMT" w:hAnsi="TimesNewRomanPSMT"/>
          <w:color w:val="000000"/>
          <w:sz w:val="28"/>
        </w:rPr>
        <w:t>Оказывайте внимание и уважение ко всем детским игра</w:t>
      </w:r>
      <w:r>
        <w:rPr>
          <w:rFonts w:ascii="Symbol" w:eastAsia="Symbol" w:hAnsi="Symbol"/>
          <w:color w:val="303133"/>
          <w:sz w:val="28"/>
        </w:rPr>
        <w:t></w:t>
      </w:r>
      <w:r>
        <w:rPr>
          <w:rFonts w:ascii="TimesNewRomanPSMT" w:eastAsia="TimesNewRomanPSMT" w:hAnsi="TimesNewRomanPSMT"/>
          <w:color w:val="000000"/>
          <w:sz w:val="28"/>
        </w:rPr>
        <w:t>Проявляйте инициативу и желание участвовать в игре.</w:t>
      </w:r>
    </w:p>
    <w:p w14:paraId="2687C138" w14:textId="77777777" w:rsidR="00F36F38" w:rsidRDefault="004375C3">
      <w:pPr>
        <w:autoSpaceDE w:val="0"/>
        <w:autoSpaceDN w:val="0"/>
        <w:spacing w:after="0" w:line="342" w:lineRule="exact"/>
        <w:ind w:left="388"/>
      </w:pPr>
      <w:r>
        <w:rPr>
          <w:rFonts w:ascii="Symbol" w:eastAsia="Symbol" w:hAnsi="Symbol"/>
          <w:color w:val="303133"/>
          <w:sz w:val="28"/>
        </w:rPr>
        <w:t></w:t>
      </w:r>
      <w:r>
        <w:rPr>
          <w:rFonts w:ascii="TimesNewRomanPSMT" w:eastAsia="TimesNewRomanPSMT" w:hAnsi="TimesNewRomanPSMT"/>
          <w:color w:val="000000"/>
          <w:sz w:val="28"/>
        </w:rPr>
        <w:t>Сопереживайте чувствам ребенка.</w:t>
      </w:r>
    </w:p>
    <w:p w14:paraId="410C56D6" w14:textId="77777777" w:rsidR="00F36F38" w:rsidRDefault="004375C3">
      <w:pPr>
        <w:autoSpaceDE w:val="0"/>
        <w:autoSpaceDN w:val="0"/>
        <w:spacing w:after="0" w:line="344" w:lineRule="exact"/>
        <w:ind w:left="388"/>
      </w:pPr>
      <w:r>
        <w:rPr>
          <w:rFonts w:ascii="Symbol" w:eastAsia="Symbol" w:hAnsi="Symbol"/>
          <w:color w:val="303133"/>
          <w:sz w:val="28"/>
        </w:rPr>
        <w:t></w:t>
      </w:r>
      <w:r>
        <w:rPr>
          <w:rFonts w:ascii="TimesNewRomanPSMT" w:eastAsia="TimesNewRomanPSMT" w:hAnsi="TimesNewRomanPSMT"/>
          <w:color w:val="000000"/>
          <w:sz w:val="28"/>
        </w:rPr>
        <w:t>Папам необходимо минимум 20 минут в день играть с ребенком.</w:t>
      </w:r>
    </w:p>
    <w:p w14:paraId="116C3340" w14:textId="77777777" w:rsidR="00F36F38" w:rsidRDefault="004375C3">
      <w:pPr>
        <w:autoSpaceDE w:val="0"/>
        <w:autoSpaceDN w:val="0"/>
        <w:spacing w:after="0" w:line="342" w:lineRule="exact"/>
        <w:ind w:left="388"/>
      </w:pPr>
      <w:r>
        <w:rPr>
          <w:rFonts w:ascii="Symbol" w:eastAsia="Symbol" w:hAnsi="Symbol"/>
          <w:color w:val="303133"/>
          <w:sz w:val="28"/>
        </w:rPr>
        <w:t></w:t>
      </w:r>
      <w:r>
        <w:rPr>
          <w:rFonts w:ascii="TimesNewRomanPSMT" w:eastAsia="TimesNewRomanPSMT" w:hAnsi="TimesNewRomanPSMT"/>
          <w:color w:val="000000"/>
          <w:sz w:val="28"/>
        </w:rPr>
        <w:t>Место для ролевой игры принципиального значения не имеет.</w:t>
      </w:r>
    </w:p>
    <w:p w14:paraId="7EF6DA1D" w14:textId="77777777" w:rsidR="00F36F38" w:rsidRDefault="004375C3">
      <w:pPr>
        <w:tabs>
          <w:tab w:val="left" w:pos="748"/>
        </w:tabs>
        <w:autoSpaceDE w:val="0"/>
        <w:autoSpaceDN w:val="0"/>
        <w:spacing w:before="20" w:after="0" w:line="324" w:lineRule="exact"/>
        <w:ind w:left="388"/>
      </w:pPr>
      <w:r>
        <w:rPr>
          <w:rFonts w:ascii="Symbol" w:eastAsia="Symbol" w:hAnsi="Symbol"/>
          <w:color w:val="303133"/>
          <w:sz w:val="28"/>
        </w:rPr>
        <w:t></w:t>
      </w:r>
      <w:r>
        <w:rPr>
          <w:rFonts w:ascii="TimesNewRomanPSMT" w:eastAsia="TimesNewRomanPSMT" w:hAnsi="TimesNewRomanPSMT"/>
          <w:color w:val="000000"/>
          <w:sz w:val="28"/>
        </w:rPr>
        <w:t>Игры должны периодически повторяться, чтобы ребенок понял, чему он научился.</w:t>
      </w:r>
    </w:p>
    <w:p w14:paraId="5F1A8FC2" w14:textId="77777777" w:rsidR="00F36F38" w:rsidRDefault="004375C3">
      <w:pPr>
        <w:autoSpaceDE w:val="0"/>
        <w:autoSpaceDN w:val="0"/>
        <w:spacing w:before="488" w:after="0" w:line="245" w:lineRule="auto"/>
        <w:ind w:left="288" w:right="288"/>
        <w:jc w:val="center"/>
      </w:pPr>
      <w:r>
        <w:rPr>
          <w:rFonts w:ascii="Times New Roman" w:eastAsia="Times New Roman" w:hAnsi="Times New Roman"/>
          <w:b/>
          <w:i/>
          <w:color w:val="FF0000"/>
          <w:sz w:val="24"/>
        </w:rPr>
        <w:t>В заключении необходимо напомнить Вам, дорогие родители, что никакая, даже самая лучшая игрушка, не может заменить живого общенияс любимыми папой и мамой!</w:t>
      </w:r>
    </w:p>
    <w:p w14:paraId="1909DDAB" w14:textId="77777777" w:rsidR="00F36F38" w:rsidRDefault="004375C3">
      <w:pPr>
        <w:autoSpaceDE w:val="0"/>
        <w:autoSpaceDN w:val="0"/>
        <w:spacing w:before="212" w:after="0" w:line="230" w:lineRule="auto"/>
        <w:jc w:val="center"/>
      </w:pPr>
      <w:r>
        <w:rPr>
          <w:rFonts w:ascii="Times New Roman" w:eastAsia="Times New Roman" w:hAnsi="Times New Roman"/>
          <w:b/>
          <w:i/>
          <w:color w:val="FF0000"/>
          <w:sz w:val="24"/>
        </w:rPr>
        <w:t>Играйте со своими детьми, ведь от этого Вы только выигрываете!</w:t>
      </w:r>
    </w:p>
    <w:sectPr w:rsidR="00F36F38" w:rsidSect="00034616">
      <w:pgSz w:w="11906" w:h="16838"/>
      <w:pgMar w:top="566" w:right="760" w:bottom="794" w:left="82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NewRomanPSMT">
    <w:altName w:val="Times New Roman"/>
    <w:panose1 w:val="020B0604020202020204"/>
    <w:charset w:val="00"/>
    <w:family w:val="roman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94069899">
    <w:abstractNumId w:val="8"/>
  </w:num>
  <w:num w:numId="2" w16cid:durableId="1360814908">
    <w:abstractNumId w:val="6"/>
  </w:num>
  <w:num w:numId="3" w16cid:durableId="235746115">
    <w:abstractNumId w:val="5"/>
  </w:num>
  <w:num w:numId="4" w16cid:durableId="827213267">
    <w:abstractNumId w:val="4"/>
  </w:num>
  <w:num w:numId="5" w16cid:durableId="1888636864">
    <w:abstractNumId w:val="7"/>
  </w:num>
  <w:num w:numId="6" w16cid:durableId="177936218">
    <w:abstractNumId w:val="3"/>
  </w:num>
  <w:num w:numId="7" w16cid:durableId="1578322973">
    <w:abstractNumId w:val="2"/>
  </w:num>
  <w:num w:numId="8" w16cid:durableId="252280660">
    <w:abstractNumId w:val="1"/>
  </w:num>
  <w:num w:numId="9" w16cid:durableId="3137963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5"/>
  <w:proofState w:spelling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24815"/>
    <w:rsid w:val="00B47730"/>
    <w:rsid w:val="00BB7480"/>
    <w:rsid w:val="00CB0664"/>
    <w:rsid w:val="00DF503F"/>
    <w:rsid w:val="00F36F3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02DD2F7"/>
  <w14:defaultImageDpi w14:val="300"/>
  <w15:docId w15:val="{47EDCBA3-9553-9D45-B9E0-CDB55064B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Заголовок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1236</Words>
  <Characters>7049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8269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dinaraarifullova7@yandex.ru</cp:lastModifiedBy>
  <cp:revision>2</cp:revision>
  <dcterms:created xsi:type="dcterms:W3CDTF">2025-12-16T10:42:00Z</dcterms:created>
  <dcterms:modified xsi:type="dcterms:W3CDTF">2025-12-16T10:42:00Z</dcterms:modified>
  <cp:category/>
</cp:coreProperties>
</file>